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סביבון סוב סוב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האותיות על הסביבון ואת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משחק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הביטוי נס גדול היה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אותיות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לא לוקחים ולא נותנים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שמים אסימון אחד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כולם מתחילים עם מספר אסימונים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 אומרת לקחת את כל הקופה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 מסמלת שם, כלומר שם בחוץ לארץ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לשחק עם מספר שחקנים שונה, לא רק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 היא נס, ולא עושים כלום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אסימון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(מחכים לתור הבא)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(לוקחים את כל הקופה)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(לוקחים חצי מהקופה)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(שמים אסימון אחד בקופה)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שחקן שם אסימון אחד בקופה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השחקן הראשון מסובב את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רואים איזו אות יצאה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פועלים לפי חוקי האות שיצאה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התור עובר לשחקן הבא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נותנת את כל הקופה לשחקן, וה נותנת רק חצי מהקופה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בארץ ישראל קרה הנס, ולכן כותבים פה, ובחוץ לארץ כותבים שם כי שם לא קרה הנס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לוקחים את כל הקופה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 גדול היה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שמים אסימון אחד בקופה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סביבון אמיתי להדגמה בכיתה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ארבע האותיות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לשחק משחק סביבון קצר בכיתה עם אסימונים מדומים כדי לחבר בין התרגול לחוויה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סביבון סוב סוב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משחק הסביבון הוא משחק של חג חנוכה. על הסביבון יש ארבע אותיות. כל אות אומרת מה עושים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שמסתובבים בו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ערימת האסימונים באמצע המשחק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אסימון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קטן ששמים בקופה, למשל מטבע או אגוז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שקרה ואי אפשר להסביר אותו בדרך רגילה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שבו שחקן אחד מסובב את הסביבון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חוץ לארץ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מחוץ לישראל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שבו משחקים בסביבון ומדליקים 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אותיות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אות אומרת: קח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כשיוצא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לוקחים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לוקחים 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לוקחים ולא נותנים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נותנים אסימון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אות אומרת: קח 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כשיוצא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לוקחים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לוקחים 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עושים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שמים אסימון אחד בקופה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המשפט שהאותיות מסמלות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 גדול הודלק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נרות גדולים היו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 גדול הופיע פתאום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אות משנים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משחק סביבון כל שחקן מתחיל עם אותו מספר אסימונים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ג אומרת לקחת חצי מהקופה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בחוץ לארץ האות האחרונה היא ש במקום פ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במשחק הסביבון רק עם שני שחקנים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כשיוצאת האות נ השחקן מחכה לתור הבא בלי לקחת או לתת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ג על הסביבון אומרת לקחת את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תחילת המשחק כל שחקן שם __________ אחד בקופה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ארבע האותיות על הסביבון בארץ מייצגות את המשפט נס __________ היה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האות ה אומרת לקחת __________ מהקופה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בחוץ לארץ האות ש מסמלת את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לוקחים את כל הקופה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מחכים לתור הבא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שמים אסימון אחד בקופה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לוקחים חצי מהקופה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פועלים לפי חוקי האות שיצאה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התור עובר לשחקן הבא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הראשון מסובב את הסביבון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שחקן שם אסימון אחד בקופה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איזו אות יצאה למעלה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האות ג לאות ה במשחק הסביבון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האות בחוץ לארץ שונה מהאות בישראל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האות ג על הסביבון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המשפט שהאותיות נ ג ה פ מייצגות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כשיוצאת האות פ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סביבון סוב סוב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