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🕎 טקס כסליו – חנוכה: אור של יחד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סביבון סוב סוב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האותיות על הסביבון ואת משמעותן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חוקי משחק הסביבון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את הביטוי נס גדול היה פה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אותיות הסביבון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לא לוקחים ולא נותנים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כולם מתחילים עם מספר אסימונים שווה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ג אומרת לקחת את כל הקופה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ש מסמלת שם, כלומר שם בחוץ לארץ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קופה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אסימון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גדול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אות למשמעות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(מחכים לתור הבא)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(לוקחים את כל הקופה)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(לוקחים חצי מהקופה)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(שמים אסימון אחד בקופה)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המשחק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כל שחקן שם אסימון אחד בקופה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השחקן הראשון מסובב את הסביבון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רואים איזו אות יצאה למעלה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פועלים לפי חוקי האות שיצאה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כתבו בקצרה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נותנת את כל הקופה לשחקן, וה נותנת רק חצי מהקופה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לוקחים את כל הקופה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נס גדול היה פה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שמים אסימון אחד בקופה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להביא סביבון אמיתי להדגמה בכיתה לפני התרגול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לתרגל את ארבע האותיות בעל פה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לשחק משחק סביבון קצר בכיתה עם אסימונים מדומים כדי לחבר בין התרגול לחוויה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🕎 טקס כסליו – חנוכה: אור של יחד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סביבון סוב סוב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משחק הסביבון הוא משחק חנוכה מסורתי עם קופה ואסימונים. על הסביבון בארץ ישראל כתובות ארבע אותיות: נ ג ה פ, שמייצגות את המשפט נס גדול היה פה.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קופה  ·  גדול  ·  אסימון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אותיות הסביבון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איזו אות על הסביבון בארץ ישראל אומרת שלוקחים את כל הקופה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נ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המשמעות של האות נ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לוקחים הכל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לוקחים חצי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לא לוקחים ולא נותנים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איזו אות אומרת לקחת חצי מהקופה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נ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בכל משחק סביבון כל שחקן מתחיל עם אותו מספר אסימונים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האות ג אומרת לקחת חצי מהקופה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בחוץ לארץ האות האחרונה היא ש במקום פ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האות ג על הסביבון אומרת לקחת את כל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לפני תחילת המשחק כל שחקן שם __________ אחד בקופה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ארבע האותיות על הסביבון בארץ מייצגות את המשפט נס __________ היה פה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אות למשמעות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נ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שמים אסימון אחד בקופה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ג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לוקחים חצי מהקופה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לוקחים את כל הקופה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פ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מחכים לתור הבא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 המשחק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רואים איזו אות יצאה למעלה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כל שחקן שם אסימון אחד בקופה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פועלים לפי חוקי האות שיצאה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השחקן הראשון מסובב את הסביבון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כתבו בקצרה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הסבירו במילים שלכם מה ההבדל בין האות ג לאות ה במשחק הסביבון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המשמעות של האות ג על הסביבון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המשפט שהאותיות נ ג ה פ מייצגות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סביבון סוב סוב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